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120"/>
      </w:pPr>
      <w:r>
        <w:rPr>
          <w:sz w:val="44"/>
        </w:rPr>
        <w:t>Clop-Clop Down the Bush Track</w:t>
      </w:r>
    </w:p>
    <w:p>
      <w:pPr>
        <w:spacing w:after="200"/>
      </w:pPr>
      <w:r>
        <w:rPr>
          <w:rFonts w:ascii="Arial" w:hAnsi="Arial"/>
          <w:sz w:val="22"/>
        </w:rPr>
        <w:t>Read, listen and picture the journey. Which words help you hear, see or feel the scene?</w:t>
      </w:r>
    </w:p>
    <w:p>
      <w:pPr>
        <w:keepNext/>
        <w:tabs>
          <w:tab w:pos="510" w:val="left"/>
        </w:tabs>
      </w:pPr>
      <w:r>
        <w:rPr>
          <w:rFonts w:ascii="Arial" w:hAnsi="Arial"/>
          <w:color w:val="5E6258"/>
          <w:sz w:val="18"/>
        </w:rPr>
        <w:t>01</w:t>
        <w:tab/>
      </w:r>
      <w:r>
        <w:t>The sun peeped up, all warm and bright,</w:t>
      </w:r>
    </w:p>
    <w:p>
      <w:pPr>
        <w:keepNext/>
        <w:tabs>
          <w:tab w:pos="510" w:val="left"/>
        </w:tabs>
      </w:pPr>
      <w:r>
        <w:rPr>
          <w:rFonts w:ascii="Arial" w:hAnsi="Arial"/>
          <w:color w:val="5E6258"/>
          <w:sz w:val="18"/>
        </w:rPr>
        <w:t>02</w:t>
        <w:tab/>
      </w:r>
      <w:r>
        <w:t>And chased away the sleepy night.</w:t>
      </w:r>
    </w:p>
    <w:p>
      <w:pPr>
        <w:keepNext/>
        <w:tabs>
          <w:tab w:pos="510" w:val="left"/>
        </w:tabs>
      </w:pPr>
      <w:r>
        <w:rPr>
          <w:rFonts w:ascii="Arial" w:hAnsi="Arial"/>
          <w:color w:val="5E6258"/>
          <w:sz w:val="18"/>
        </w:rPr>
        <w:t>03</w:t>
        <w:tab/>
      </w:r>
      <w:r>
        <w:t>The gum trees whispered in the breeze,</w:t>
      </w:r>
    </w:p>
    <w:p>
      <w:pPr>
        <w:keepNext w:val="0"/>
        <w:tabs>
          <w:tab w:pos="510" w:val="left"/>
        </w:tabs>
        <w:spacing w:after="180"/>
      </w:pPr>
      <w:r>
        <w:rPr>
          <w:rFonts w:ascii="Arial" w:hAnsi="Arial"/>
          <w:color w:val="5E6258"/>
          <w:sz w:val="18"/>
        </w:rPr>
        <w:t>04</w:t>
        <w:tab/>
      </w:r>
      <w:r>
        <w:t>While golden light spilled through their leaves.</w:t>
      </w:r>
    </w:p>
    <w:p>
      <w:pPr>
        <w:keepNext/>
        <w:tabs>
          <w:tab w:pos="510" w:val="left"/>
        </w:tabs>
      </w:pPr>
      <w:r>
        <w:rPr>
          <w:rFonts w:ascii="Arial" w:hAnsi="Arial"/>
          <w:color w:val="5E6258"/>
          <w:sz w:val="18"/>
        </w:rPr>
        <w:t>05</w:t>
        <w:tab/>
      </w:r>
      <w:r>
        <w:t>Clop-clop, clop-clop! My pony’s feet</w:t>
      </w:r>
    </w:p>
    <w:p>
      <w:pPr>
        <w:keepNext/>
        <w:tabs>
          <w:tab w:pos="510" w:val="left"/>
        </w:tabs>
      </w:pPr>
      <w:r>
        <w:rPr>
          <w:rFonts w:ascii="Arial" w:hAnsi="Arial"/>
          <w:color w:val="5E6258"/>
          <w:sz w:val="18"/>
        </w:rPr>
        <w:t>06</w:t>
        <w:tab/>
      </w:r>
      <w:r>
        <w:t>Tapped out a happy, hopping beat.</w:t>
      </w:r>
    </w:p>
    <w:p>
      <w:pPr>
        <w:keepNext/>
        <w:tabs>
          <w:tab w:pos="510" w:val="left"/>
        </w:tabs>
      </w:pPr>
      <w:r>
        <w:rPr>
          <w:rFonts w:ascii="Arial" w:hAnsi="Arial"/>
          <w:color w:val="5E6258"/>
          <w:sz w:val="18"/>
        </w:rPr>
        <w:t>07</w:t>
        <w:tab/>
      </w:r>
      <w:r>
        <w:t>My dog ran swiftly by my side,</w:t>
      </w:r>
    </w:p>
    <w:p>
      <w:pPr>
        <w:keepNext w:val="0"/>
        <w:tabs>
          <w:tab w:pos="510" w:val="left"/>
        </w:tabs>
        <w:spacing w:after="180"/>
      </w:pPr>
      <w:r>
        <w:rPr>
          <w:rFonts w:ascii="Arial" w:hAnsi="Arial"/>
          <w:color w:val="5E6258"/>
          <w:sz w:val="18"/>
        </w:rPr>
        <w:t>08</w:t>
        <w:tab/>
      </w:r>
      <w:r>
        <w:t>His tail a flag of joy and pride.</w:t>
      </w:r>
    </w:p>
    <w:p>
      <w:pPr>
        <w:keepNext/>
        <w:tabs>
          <w:tab w:pos="510" w:val="left"/>
        </w:tabs>
      </w:pPr>
      <w:r>
        <w:rPr>
          <w:rFonts w:ascii="Arial" w:hAnsi="Arial"/>
          <w:color w:val="5E6258"/>
          <w:sz w:val="18"/>
        </w:rPr>
        <w:t>09</w:t>
        <w:tab/>
      </w:r>
      <w:r>
        <w:t>The brown creek chuckled round a stone.</w:t>
      </w:r>
    </w:p>
    <w:p>
      <w:pPr>
        <w:keepNext/>
        <w:tabs>
          <w:tab w:pos="510" w:val="left"/>
        </w:tabs>
      </w:pPr>
      <w:r>
        <w:rPr>
          <w:rFonts w:ascii="Arial" w:hAnsi="Arial"/>
          <w:color w:val="5E6258"/>
          <w:sz w:val="18"/>
        </w:rPr>
        <w:t>10</w:t>
        <w:tab/>
      </w:r>
      <w:r>
        <w:t>Then came a cry—a calf alone!</w:t>
      </w:r>
    </w:p>
    <w:p>
      <w:pPr>
        <w:keepNext/>
        <w:tabs>
          <w:tab w:pos="510" w:val="left"/>
        </w:tabs>
      </w:pPr>
      <w:r>
        <w:rPr>
          <w:rFonts w:ascii="Arial" w:hAnsi="Arial"/>
          <w:color w:val="5E6258"/>
          <w:sz w:val="18"/>
        </w:rPr>
        <w:t>11</w:t>
        <w:tab/>
      </w:r>
      <w:r>
        <w:t>His little legs were stuck in clay.</w:t>
      </w:r>
    </w:p>
    <w:p>
      <w:pPr>
        <w:keepNext w:val="0"/>
        <w:tabs>
          <w:tab w:pos="510" w:val="left"/>
        </w:tabs>
        <w:spacing w:after="180"/>
      </w:pPr>
      <w:r>
        <w:rPr>
          <w:rFonts w:ascii="Arial" w:hAnsi="Arial"/>
          <w:color w:val="5E6258"/>
          <w:sz w:val="18"/>
        </w:rPr>
        <w:t>12</w:t>
        <w:tab/>
      </w:r>
      <w:r>
        <w:t>“Hold on!” I called. “We’re on our way!”</w:t>
      </w:r>
    </w:p>
    <w:p>
      <w:pPr>
        <w:keepNext/>
        <w:tabs>
          <w:tab w:pos="510" w:val="left"/>
        </w:tabs>
      </w:pPr>
      <w:r>
        <w:rPr>
          <w:rFonts w:ascii="Arial" w:hAnsi="Arial"/>
          <w:color w:val="5E6258"/>
          <w:sz w:val="18"/>
        </w:rPr>
        <w:t>13</w:t>
        <w:tab/>
      </w:r>
      <w:r>
        <w:t>I slipped and slid. I tugged him free.</w:t>
      </w:r>
    </w:p>
    <w:p>
      <w:pPr>
        <w:keepNext/>
        <w:tabs>
          <w:tab w:pos="510" w:val="left"/>
        </w:tabs>
      </w:pPr>
      <w:r>
        <w:rPr>
          <w:rFonts w:ascii="Arial" w:hAnsi="Arial"/>
          <w:color w:val="5E6258"/>
          <w:sz w:val="18"/>
        </w:rPr>
        <w:t>14</w:t>
        <w:tab/>
      </w:r>
      <w:r>
        <w:t>He shook his muddy coat on me!</w:t>
      </w:r>
    </w:p>
    <w:p>
      <w:pPr>
        <w:keepNext/>
        <w:tabs>
          <w:tab w:pos="510" w:val="left"/>
        </w:tabs>
      </w:pPr>
      <w:r>
        <w:rPr>
          <w:rFonts w:ascii="Arial" w:hAnsi="Arial"/>
          <w:color w:val="5E6258"/>
          <w:sz w:val="18"/>
        </w:rPr>
        <w:t>15</w:t>
        <w:tab/>
      </w:r>
      <w:r>
        <w:t>My dog barked, “Woof!” The calf cried, “Moo!”</w:t>
      </w:r>
    </w:p>
    <w:p>
      <w:pPr>
        <w:keepNext w:val="0"/>
        <w:tabs>
          <w:tab w:pos="510" w:val="left"/>
        </w:tabs>
        <w:spacing w:after="180"/>
      </w:pPr>
      <w:r>
        <w:rPr>
          <w:rFonts w:ascii="Arial" w:hAnsi="Arial"/>
          <w:color w:val="5E6258"/>
          <w:sz w:val="18"/>
        </w:rPr>
        <w:t>16</w:t>
        <w:tab/>
      </w:r>
      <w:r>
        <w:t>The kookaburra laughed, “Hoo-hoo!”</w:t>
      </w:r>
    </w:p>
    <w:p>
      <w:pPr>
        <w:keepNext/>
        <w:tabs>
          <w:tab w:pos="510" w:val="left"/>
        </w:tabs>
      </w:pPr>
      <w:r>
        <w:rPr>
          <w:rFonts w:ascii="Arial" w:hAnsi="Arial"/>
          <w:color w:val="5E6258"/>
          <w:sz w:val="18"/>
        </w:rPr>
        <w:t>17</w:t>
        <w:tab/>
      </w:r>
      <w:r>
        <w:t>Clop-clop, clop-clop! We headed west,</w:t>
      </w:r>
    </w:p>
    <w:p>
      <w:pPr>
        <w:keepNext/>
        <w:tabs>
          <w:tab w:pos="510" w:val="left"/>
        </w:tabs>
      </w:pPr>
      <w:r>
        <w:rPr>
          <w:rFonts w:ascii="Arial" w:hAnsi="Arial"/>
          <w:color w:val="5E6258"/>
          <w:sz w:val="18"/>
        </w:rPr>
        <w:t>18</w:t>
        <w:tab/>
      </w:r>
      <w:r>
        <w:t>Where pink clouds wore their sunset best.</w:t>
      </w:r>
    </w:p>
    <w:p>
      <w:pPr>
        <w:keepNext/>
        <w:tabs>
          <w:tab w:pos="510" w:val="left"/>
        </w:tabs>
      </w:pPr>
      <w:r>
        <w:rPr>
          <w:rFonts w:ascii="Arial" w:hAnsi="Arial"/>
          <w:color w:val="5E6258"/>
          <w:sz w:val="18"/>
        </w:rPr>
        <w:t>19</w:t>
        <w:tab/>
      </w:r>
      <w:r>
        <w:t>The calf ran home across the flat.</w:t>
      </w:r>
    </w:p>
    <w:p>
      <w:pPr>
        <w:keepNext w:val="0"/>
        <w:tabs>
          <w:tab w:pos="510" w:val="left"/>
        </w:tabs>
        <w:spacing w:after="180"/>
      </w:pPr>
      <w:r>
        <w:rPr>
          <w:rFonts w:ascii="Arial" w:hAnsi="Arial"/>
          <w:color w:val="5E6258"/>
          <w:sz w:val="18"/>
        </w:rPr>
        <w:t>20</w:t>
        <w:tab/>
      </w:r>
      <w:r>
        <w:t>I waved goodbye and tipped my hat.</w:t>
      </w:r>
    </w:p>
    <w:p>
      <w:pPr>
        <w:keepNext/>
        <w:tabs>
          <w:tab w:pos="510" w:val="left"/>
        </w:tabs>
      </w:pPr>
      <w:r>
        <w:rPr>
          <w:rFonts w:ascii="Arial" w:hAnsi="Arial"/>
          <w:color w:val="5E6258"/>
          <w:sz w:val="18"/>
        </w:rPr>
        <w:t>21</w:t>
        <w:tab/>
      </w:r>
      <w:r>
        <w:t>That night, beside the fire’s red glow,</w:t>
      </w:r>
    </w:p>
    <w:p>
      <w:pPr>
        <w:keepNext/>
        <w:tabs>
          <w:tab w:pos="510" w:val="left"/>
        </w:tabs>
      </w:pPr>
      <w:r>
        <w:rPr>
          <w:rFonts w:ascii="Arial" w:hAnsi="Arial"/>
          <w:color w:val="5E6258"/>
          <w:sz w:val="18"/>
        </w:rPr>
        <w:t>22</w:t>
        <w:tab/>
      </w:r>
      <w:r>
        <w:t>The stars winked down to say hello.</w:t>
      </w:r>
    </w:p>
    <w:p>
      <w:pPr>
        <w:keepNext/>
        <w:tabs>
          <w:tab w:pos="510" w:val="left"/>
        </w:tabs>
      </w:pPr>
      <w:r>
        <w:rPr>
          <w:rFonts w:ascii="Arial" w:hAnsi="Arial"/>
          <w:color w:val="5E6258"/>
          <w:sz w:val="18"/>
        </w:rPr>
        <w:t>23</w:t>
        <w:tab/>
      </w:r>
      <w:r>
        <w:t>The billy sang. The day was done.</w:t>
      </w:r>
    </w:p>
    <w:p>
      <w:pPr>
        <w:keepNext w:val="0"/>
        <w:tabs>
          <w:tab w:pos="510" w:val="left"/>
        </w:tabs>
        <w:spacing w:after="180"/>
      </w:pPr>
      <w:r>
        <w:rPr>
          <w:rFonts w:ascii="Arial" w:hAnsi="Arial"/>
          <w:color w:val="5E6258"/>
          <w:sz w:val="18"/>
        </w:rPr>
        <w:t>24</w:t>
        <w:tab/>
      </w:r>
      <w:r>
        <w:t>A bush day shared is twice the fun.</w:t>
      </w:r>
    </w:p>
    <w:p>
      <w:r>
        <w:rPr>
          <w:rFonts w:ascii="Arial" w:hAnsi="Arial"/>
          <w:sz w:val="20"/>
        </w:rPr>
        <w:t>Billy: a metal pot used to heat water over a campfire. Flat: level ground.</w:t>
      </w:r>
    </w:p>
    <w:p>
      <w:r>
        <w:rPr>
          <w:rFonts w:ascii="Arial" w:hAnsi="Arial"/>
          <w:sz w:val="18"/>
        </w:rPr>
        <w:t>Original classroom poem created with ChatGPT for this lesson. Not a poem by Banjo Paterson.</w:t>
      </w:r>
    </w:p>
    <w:sectPr w:rsidR="00FC693F" w:rsidRPr="0006063C" w:rsidSect="00034616">
      <w:pgSz w:w="11906" w:h="16838"/>
      <w:pgMar w:top="964" w:right="1077" w:bottom="964" w:left="107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83" w:lineRule="auto" w:after="0"/>
    </w:pPr>
    <w:rPr>
      <w:rFonts w:ascii="Georgia" w:hAnsi="Georgia"/>
      <w:color w:val="000000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Georgia" w:hAnsi="Georgia"/>
      <w:color w:val="00000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Clop-Clop Down the Bush Track</dc:title>
  <dc:subject>Complete poem for alternate English Unit 4 Lesson 1</dc:subject>
  <dc:creator>Teaching resources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